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Template: Independent Research on Data Analysis Tools</w:t>
      </w:r>
    </w:p>
    <w:p>
      <w:pPr>
        <w:pStyle w:val="Heading2"/>
      </w:pPr>
      <w:r>
        <w:t>1. Basic Information</w:t>
      </w:r>
    </w:p>
    <w:p>
      <w:r>
        <w:t>Tool name:</w:t>
        <w:br/>
        <w:br/>
        <w:t>Type of tool: (integrated into LMS / specialised platform / open source / other)</w:t>
        <w:br/>
        <w:br/>
        <w:t>Link / official website:</w:t>
        <w:br/>
      </w:r>
    </w:p>
    <w:p>
      <w:pPr>
        <w:pStyle w:val="Heading2"/>
      </w:pPr>
      <w:r>
        <w:t>2. Main functionalities (100–150 words)</w:t>
      </w:r>
    </w:p>
    <w:p>
      <w:r>
        <w:t>Describe the key functionalities of the tool, especially those relevant for use in an educational context. For example, the types of data that can be analysed, visualisation options, integration with other systems.</w:t>
        <w:br/>
      </w:r>
    </w:p>
    <w:p>
      <w:pPr>
        <w:pStyle w:val="Heading2"/>
      </w:pPr>
      <w:r>
        <w:t>3. Advantages of use</w:t>
      </w:r>
    </w:p>
    <w:p>
      <w:r>
        <w:t>List 2–3 main advantages (e.g., accessibility, ease of use, customisation options, interactive reports, support for pedagogical interpretation).</w:t>
        <w:br/>
      </w:r>
    </w:p>
    <w:p>
      <w:pPr>
        <w:pStyle w:val="Heading2"/>
      </w:pPr>
      <w:r>
        <w:t>4. Limitations / challenges</w:t>
      </w:r>
    </w:p>
    <w:p>
      <w:r>
        <w:t>List 2–3 main limitations (e.g., level of technical complexity, cost, limited data types, requirement for specific skills).</w:t>
        <w:br/>
      </w:r>
    </w:p>
    <w:p>
      <w:pPr>
        <w:pStyle w:val="Heading2"/>
      </w:pPr>
      <w:r>
        <w:t>5. Practical task (if feasible)</w:t>
      </w:r>
    </w:p>
    <w:p>
      <w:r>
        <w:t>Briefly describe a test/quiz you created in the tool.</w:t>
        <w:br/>
        <w:br/>
        <w:t>Present a basic analysis of the obtained results (e.g., number of participants, average performance, identified difficulties).</w:t>
        <w:br/>
        <w:br/>
        <w:t>Propose improvements to the test/quiz based on the collected data.</w:t>
        <w:br/>
      </w:r>
    </w:p>
    <w:p>
      <w:pPr>
        <w:pStyle w:val="Heading2"/>
      </w:pPr>
      <w:r>
        <w:t>6. Conclusion</w:t>
      </w:r>
    </w:p>
    <w:p>
      <w:r>
        <w:t>Evaluate how applicable this tool would be in your teaching context.</w:t>
        <w:br/>
        <w:br/>
        <w:t>Propose a concrete example of use (e.g., analysis of LMS activity, assessment of student work, monitoring quiz performance).</w:t>
        <w:br/>
      </w:r>
    </w:p>
    <w:p>
      <w:pPr>
        <w:pStyle w:val="Heading2"/>
      </w:pPr>
      <w:r>
        <w:t>7. Submission instructions</w:t>
      </w:r>
    </w:p>
    <w:p>
      <w:r>
        <w:t>Submit the document in the LMS (Word or PDF) in the Assignment section.</w:t>
        <w:br/>
        <w:br/>
        <w:t>Use the suggested headings and subheadings.</w:t>
        <w:br/>
        <w:br/>
        <w:t>Keep the text in each section concise and focused on key insights (approx. 1–2 pages in total).</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