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9CC4" w14:textId="5BC34FA0" w:rsidR="009A383D" w:rsidRPr="001F2F53" w:rsidRDefault="00000000">
      <w:pPr>
        <w:pStyle w:val="Heading1"/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Predložak</w:t>
      </w:r>
      <w:proofErr w:type="spellEnd"/>
      <w:r w:rsidRPr="001F2F53">
        <w:rPr>
          <w:rFonts w:ascii="Calibri" w:hAnsi="Calibri" w:cs="Calibri"/>
        </w:rPr>
        <w:t xml:space="preserve"> za </w:t>
      </w:r>
      <w:proofErr w:type="spellStart"/>
      <w:r w:rsidRPr="001F2F53">
        <w:rPr>
          <w:rFonts w:ascii="Calibri" w:hAnsi="Calibri" w:cs="Calibri"/>
        </w:rPr>
        <w:t>zadatak</w:t>
      </w:r>
      <w:proofErr w:type="spellEnd"/>
      <w:r w:rsidRPr="001F2F53">
        <w:rPr>
          <w:rFonts w:ascii="Calibri" w:hAnsi="Calibri" w:cs="Calibri"/>
        </w:rPr>
        <w:t xml:space="preserve">: </w:t>
      </w:r>
      <w:proofErr w:type="spellStart"/>
      <w:r w:rsidRPr="001F2F53">
        <w:rPr>
          <w:rFonts w:ascii="Calibri" w:hAnsi="Calibri" w:cs="Calibri"/>
        </w:rPr>
        <w:t>Evaluacija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korisničkog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sučelja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vlastitog</w:t>
      </w:r>
      <w:r w:rsidR="00FB7E11">
        <w:rPr>
          <w:rFonts w:ascii="Calibri" w:hAnsi="Calibri" w:cs="Calibri"/>
        </w:rPr>
        <w:t>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digitalnog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sadržaja</w:t>
      </w:r>
      <w:proofErr w:type="spellEnd"/>
    </w:p>
    <w:p w14:paraId="0BEBE186" w14:textId="5219CF2E" w:rsidR="009A383D" w:rsidRPr="001F2F53" w:rsidRDefault="00000000">
      <w:pPr>
        <w:pStyle w:val="Heading2"/>
        <w:rPr>
          <w:rFonts w:ascii="Calibri" w:hAnsi="Calibri" w:cs="Calibri"/>
        </w:rPr>
      </w:pPr>
      <w:r w:rsidRPr="001F2F53">
        <w:rPr>
          <w:rFonts w:ascii="Calibri" w:hAnsi="Calibri" w:cs="Calibri"/>
        </w:rPr>
        <w:t xml:space="preserve">1. </w:t>
      </w:r>
      <w:proofErr w:type="spellStart"/>
      <w:r w:rsidRPr="001F2F53">
        <w:rPr>
          <w:rFonts w:ascii="Calibri" w:hAnsi="Calibri" w:cs="Calibri"/>
        </w:rPr>
        <w:t>Poda</w:t>
      </w:r>
      <w:r w:rsidR="00FB7E11">
        <w:rPr>
          <w:rFonts w:ascii="Calibri" w:hAnsi="Calibri" w:cs="Calibri"/>
        </w:rPr>
        <w:t>t</w:t>
      </w:r>
      <w:r w:rsidRPr="001F2F53">
        <w:rPr>
          <w:rFonts w:ascii="Calibri" w:hAnsi="Calibri" w:cs="Calibri"/>
        </w:rPr>
        <w:t>ci</w:t>
      </w:r>
      <w:proofErr w:type="spellEnd"/>
      <w:r w:rsidRPr="001F2F53">
        <w:rPr>
          <w:rFonts w:ascii="Calibri" w:hAnsi="Calibri" w:cs="Calibri"/>
        </w:rPr>
        <w:t xml:space="preserve"> o </w:t>
      </w:r>
      <w:proofErr w:type="spellStart"/>
      <w:r w:rsidRPr="001F2F53">
        <w:rPr>
          <w:rFonts w:ascii="Calibri" w:hAnsi="Calibri" w:cs="Calibri"/>
        </w:rPr>
        <w:t>digitalnom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sadržaju</w:t>
      </w:r>
      <w:proofErr w:type="spellEnd"/>
    </w:p>
    <w:p w14:paraId="25947AED" w14:textId="4BAB0B1E" w:rsidR="001F2F53" w:rsidRPr="001F2F53" w:rsidRDefault="001F2F53" w:rsidP="001F2F53">
      <w:pPr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Naziv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digitalno</w:t>
      </w:r>
      <w:r w:rsidR="00FB7E11">
        <w:rPr>
          <w:rFonts w:ascii="Calibri" w:hAnsi="Calibri" w:cs="Calibri"/>
        </w:rPr>
        <w:t>ga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="00FB7E11">
        <w:rPr>
          <w:rFonts w:ascii="Calibri" w:hAnsi="Calibri" w:cs="Calibri"/>
        </w:rPr>
        <w:t>nasta</w:t>
      </w:r>
      <w:r w:rsidRPr="001F2F53">
        <w:rPr>
          <w:rFonts w:ascii="Calibri" w:hAnsi="Calibri" w:cs="Calibri"/>
        </w:rPr>
        <w:t>vnog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sadržaja</w:t>
      </w:r>
      <w:proofErr w:type="spellEnd"/>
      <w:r w:rsidRPr="001F2F53">
        <w:rPr>
          <w:rFonts w:ascii="Calibri" w:hAnsi="Calibri" w:cs="Calibri"/>
        </w:rPr>
        <w:t>:</w:t>
      </w:r>
    </w:p>
    <w:p w14:paraId="74F7EB6F" w14:textId="48347191" w:rsidR="001F2F53" w:rsidRPr="001F2F53" w:rsidRDefault="001F2F53" w:rsidP="001F2F53">
      <w:pPr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Vrsta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materijala</w:t>
      </w:r>
      <w:proofErr w:type="spellEnd"/>
      <w:r w:rsidRPr="001F2F53">
        <w:rPr>
          <w:rFonts w:ascii="Calibri" w:hAnsi="Calibri" w:cs="Calibri"/>
        </w:rPr>
        <w:t>:</w:t>
      </w:r>
    </w:p>
    <w:p w14:paraId="5061B534" w14:textId="4804E294" w:rsidR="001F2F53" w:rsidRPr="001F2F53" w:rsidRDefault="001F2F53" w:rsidP="001F2F53">
      <w:pPr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Opis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sadržaja</w:t>
      </w:r>
      <w:proofErr w:type="spellEnd"/>
      <w:r w:rsidRPr="001F2F53">
        <w:rPr>
          <w:rFonts w:ascii="Calibri" w:hAnsi="Calibri" w:cs="Calibri"/>
        </w:rPr>
        <w:t>:</w:t>
      </w:r>
    </w:p>
    <w:p w14:paraId="6CF07BFD" w14:textId="7031C5A4" w:rsidR="001F2F53" w:rsidRPr="001F2F53" w:rsidRDefault="001F2F53" w:rsidP="001F2F53">
      <w:pPr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Ciljna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skupina</w:t>
      </w:r>
      <w:proofErr w:type="spellEnd"/>
      <w:r w:rsidRPr="001F2F53">
        <w:rPr>
          <w:rFonts w:ascii="Calibri" w:hAnsi="Calibri" w:cs="Calibri"/>
        </w:rPr>
        <w:t>:</w:t>
      </w:r>
    </w:p>
    <w:p w14:paraId="20979CED" w14:textId="77777777" w:rsidR="009A383D" w:rsidRPr="001F2F53" w:rsidRDefault="00000000">
      <w:pPr>
        <w:pStyle w:val="Heading2"/>
        <w:rPr>
          <w:rFonts w:ascii="Calibri" w:hAnsi="Calibri" w:cs="Calibri"/>
        </w:rPr>
      </w:pPr>
      <w:r w:rsidRPr="001F2F53">
        <w:rPr>
          <w:rFonts w:ascii="Calibri" w:hAnsi="Calibri" w:cs="Calibri"/>
        </w:rPr>
        <w:t>2. Pregled strukture i sučelja</w:t>
      </w:r>
    </w:p>
    <w:p w14:paraId="736BE7D7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Organizacija stranica i izbornika:</w:t>
      </w:r>
    </w:p>
    <w:p w14:paraId="0DAA28B5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Raspored elemenata:</w:t>
      </w:r>
    </w:p>
    <w:p w14:paraId="53E85622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Vizualni izgled:</w:t>
      </w:r>
    </w:p>
    <w:p w14:paraId="133D40E7" w14:textId="77777777" w:rsidR="009A383D" w:rsidRPr="001F2F53" w:rsidRDefault="00000000">
      <w:pPr>
        <w:pStyle w:val="Heading2"/>
        <w:rPr>
          <w:rFonts w:ascii="Calibri" w:hAnsi="Calibri" w:cs="Calibri"/>
        </w:rPr>
      </w:pPr>
      <w:r w:rsidRPr="001F2F53">
        <w:rPr>
          <w:rFonts w:ascii="Calibri" w:hAnsi="Calibri" w:cs="Calibri"/>
        </w:rPr>
        <w:t>3. Identifikacija UX/UI elemenata</w:t>
      </w:r>
    </w:p>
    <w:p w14:paraId="2FEF9CA2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Elementi koji poboljšavaju korisničko iskustvo:</w:t>
      </w:r>
    </w:p>
    <w:p w14:paraId="1658CDF8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Elementi koji otežavaju korisničko iskustvo:</w:t>
      </w:r>
    </w:p>
    <w:p w14:paraId="67E251C6" w14:textId="77777777" w:rsidR="009A383D" w:rsidRPr="001F2F53" w:rsidRDefault="00000000">
      <w:pPr>
        <w:pStyle w:val="Heading2"/>
        <w:rPr>
          <w:rFonts w:ascii="Calibri" w:hAnsi="Calibri" w:cs="Calibri"/>
        </w:rPr>
      </w:pPr>
      <w:r w:rsidRPr="001F2F53">
        <w:rPr>
          <w:rFonts w:ascii="Calibri" w:hAnsi="Calibri" w:cs="Calibri"/>
        </w:rPr>
        <w:t>4. Procjena prema kriterijima evaluacije</w:t>
      </w:r>
    </w:p>
    <w:p w14:paraId="7067F8FC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Jasnoća navigacije:</w:t>
      </w:r>
    </w:p>
    <w:p w14:paraId="5FC7D681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Konzistentnost dizajna:</w:t>
      </w:r>
    </w:p>
    <w:p w14:paraId="107CEF8E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Preglednost i vizualna organizacija:</w:t>
      </w:r>
    </w:p>
    <w:p w14:paraId="23FEC226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Dostupnost i pristupačnost:</w:t>
      </w:r>
    </w:p>
    <w:p w14:paraId="7F6B020B" w14:textId="77777777" w:rsidR="009A383D" w:rsidRPr="001F2F53" w:rsidRDefault="00000000">
      <w:pPr>
        <w:rPr>
          <w:rFonts w:ascii="Calibri" w:hAnsi="Calibri" w:cs="Calibri"/>
        </w:rPr>
      </w:pPr>
      <w:r w:rsidRPr="001F2F53">
        <w:rPr>
          <w:rFonts w:ascii="Calibri" w:hAnsi="Calibri" w:cs="Calibri"/>
        </w:rPr>
        <w:t>Tehnička funkcionalnost:</w:t>
      </w:r>
    </w:p>
    <w:p w14:paraId="473A62D2" w14:textId="77777777" w:rsidR="009A383D" w:rsidRPr="001F2F53" w:rsidRDefault="00000000">
      <w:pPr>
        <w:pStyle w:val="Heading2"/>
        <w:rPr>
          <w:rFonts w:ascii="Calibri" w:hAnsi="Calibri" w:cs="Calibri"/>
        </w:rPr>
      </w:pPr>
      <w:r w:rsidRPr="001F2F53">
        <w:rPr>
          <w:rFonts w:ascii="Calibri" w:hAnsi="Calibri" w:cs="Calibri"/>
        </w:rPr>
        <w:t>5. Prijedlozi za poboljšanje</w:t>
      </w:r>
    </w:p>
    <w:p w14:paraId="25EDF1AD" w14:textId="5BF98E14" w:rsidR="009A383D" w:rsidRPr="001F2F53" w:rsidRDefault="00000000">
      <w:pPr>
        <w:rPr>
          <w:rFonts w:ascii="Calibri" w:hAnsi="Calibri" w:cs="Calibri"/>
        </w:rPr>
      </w:pPr>
      <w:proofErr w:type="spellStart"/>
      <w:r w:rsidRPr="001F2F53">
        <w:rPr>
          <w:rFonts w:ascii="Calibri" w:hAnsi="Calibri" w:cs="Calibri"/>
        </w:rPr>
        <w:t>Što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bi</w:t>
      </w:r>
      <w:r w:rsidR="001F2F53" w:rsidRPr="001F2F53">
        <w:rPr>
          <w:rFonts w:ascii="Calibri" w:hAnsi="Calibri" w:cs="Calibri"/>
        </w:rPr>
        <w:t>ste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promijeni</w:t>
      </w:r>
      <w:r w:rsidR="001F2F53" w:rsidRPr="001F2F53">
        <w:rPr>
          <w:rFonts w:ascii="Calibri" w:hAnsi="Calibri" w:cs="Calibri"/>
        </w:rPr>
        <w:t>li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ili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prilagod</w:t>
      </w:r>
      <w:r w:rsidR="001F2F53" w:rsidRPr="001F2F53">
        <w:rPr>
          <w:rFonts w:ascii="Calibri" w:hAnsi="Calibri" w:cs="Calibri"/>
        </w:rPr>
        <w:t>i</w:t>
      </w:r>
      <w:r w:rsidRPr="001F2F53">
        <w:rPr>
          <w:rFonts w:ascii="Calibri" w:hAnsi="Calibri" w:cs="Calibri"/>
        </w:rPr>
        <w:t>l</w:t>
      </w:r>
      <w:r w:rsidR="001F2F53" w:rsidRPr="001F2F53">
        <w:rPr>
          <w:rFonts w:ascii="Calibri" w:hAnsi="Calibri" w:cs="Calibri"/>
        </w:rPr>
        <w:t>i</w:t>
      </w:r>
      <w:proofErr w:type="spellEnd"/>
      <w:r w:rsidRPr="001F2F53">
        <w:rPr>
          <w:rFonts w:ascii="Calibri" w:hAnsi="Calibri" w:cs="Calibri"/>
        </w:rPr>
        <w:t xml:space="preserve"> </w:t>
      </w:r>
      <w:proofErr w:type="spellStart"/>
      <w:r w:rsidRPr="001F2F53">
        <w:rPr>
          <w:rFonts w:ascii="Calibri" w:hAnsi="Calibri" w:cs="Calibri"/>
        </w:rPr>
        <w:t>kako</w:t>
      </w:r>
      <w:proofErr w:type="spellEnd"/>
      <w:r w:rsidRPr="001F2F53">
        <w:rPr>
          <w:rFonts w:ascii="Calibri" w:hAnsi="Calibri" w:cs="Calibri"/>
        </w:rPr>
        <w:t xml:space="preserve"> bi </w:t>
      </w:r>
      <w:proofErr w:type="spellStart"/>
      <w:r w:rsidRPr="001F2F53">
        <w:rPr>
          <w:rFonts w:ascii="Calibri" w:hAnsi="Calibri" w:cs="Calibri"/>
        </w:rPr>
        <w:t>sadržaj</w:t>
      </w:r>
      <w:proofErr w:type="spellEnd"/>
      <w:r w:rsidRPr="001F2F53">
        <w:rPr>
          <w:rFonts w:ascii="Calibri" w:hAnsi="Calibri" w:cs="Calibri"/>
        </w:rPr>
        <w:t xml:space="preserve"> bio korisnicima pristupačniji i ugodniji za korištenje?</w:t>
      </w:r>
    </w:p>
    <w:sectPr w:rsidR="009A383D" w:rsidRPr="001F2F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9580757">
    <w:abstractNumId w:val="8"/>
  </w:num>
  <w:num w:numId="2" w16cid:durableId="1721587905">
    <w:abstractNumId w:val="6"/>
  </w:num>
  <w:num w:numId="3" w16cid:durableId="429785439">
    <w:abstractNumId w:val="5"/>
  </w:num>
  <w:num w:numId="4" w16cid:durableId="1914315777">
    <w:abstractNumId w:val="4"/>
  </w:num>
  <w:num w:numId="5" w16cid:durableId="1586567900">
    <w:abstractNumId w:val="7"/>
  </w:num>
  <w:num w:numId="6" w16cid:durableId="1987591226">
    <w:abstractNumId w:val="3"/>
  </w:num>
  <w:num w:numId="7" w16cid:durableId="528644255">
    <w:abstractNumId w:val="2"/>
  </w:num>
  <w:num w:numId="8" w16cid:durableId="729691793">
    <w:abstractNumId w:val="1"/>
  </w:num>
  <w:num w:numId="9" w16cid:durableId="6102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A79"/>
    <w:rsid w:val="0015074B"/>
    <w:rsid w:val="001F2F53"/>
    <w:rsid w:val="0029639D"/>
    <w:rsid w:val="00326F90"/>
    <w:rsid w:val="006921FB"/>
    <w:rsid w:val="007F6807"/>
    <w:rsid w:val="009A383D"/>
    <w:rsid w:val="00AA1D8D"/>
    <w:rsid w:val="00B47730"/>
    <w:rsid w:val="00CB0664"/>
    <w:rsid w:val="00DE720A"/>
    <w:rsid w:val="00FB7E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19DF1"/>
  <w14:defaultImageDpi w14:val="300"/>
  <w15:docId w15:val="{94784039-8E9D-4342-ABDC-F68495BE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B7E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Sonja Prišćan</cp:lastModifiedBy>
  <cp:revision>4</cp:revision>
  <dcterms:created xsi:type="dcterms:W3CDTF">2013-12-23T23:15:00Z</dcterms:created>
  <dcterms:modified xsi:type="dcterms:W3CDTF">2025-11-09T14:43:00Z</dcterms:modified>
  <cp:category/>
</cp:coreProperties>
</file>